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אסטרטגיות קריאה במסע סובב 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אסטרטגיות הקריאה השונות: איתור, הסקה, רעיון מרכזי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להשתמש בכל אסטרטגיית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והסקת מסקנות מטקסט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האסטרטגיות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אסטרטגיית האיתור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להבין משהו שלא כתוב במפורש לפי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המסר או הנושא החשוב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כשיש לה גם סיבה או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להבין בדיוק מה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איתור הוא חיפוש פרט ספציפי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הסקה היא הבנה של דבר שלא כתוב במפורש, לפי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הרעיון המרכזי יכול להופיע בכל מקום בטקסט, לפעמים הוא לא כתוב במפורש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מה שהופך עמדה למנומקת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בתחנות למידה התלמידים עוברים בין פינות עם משימות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מדויקת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מערכים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(איתור מידע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(הסקה מתוך רמזים)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(רעיון מרכזי ופרשנות)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(הבעת עמדה מנומקת)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(קריאה מדויקת)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(למידה ברוטציה בין פינות)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שיעור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 הקריאה - הכרת הנושא וציפיות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בזמן הקריאה - איתור פרטים והסקת 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 הקריאה - מציאת רעיון 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 הקריאה - הבעת עמדה מנומקת על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מזהה נכון פרט מהטקסט (איתור), מנסח מסקנה סבירה המבוססת על רמזים בטקסט (הסקה), ומנסח את הנושא המרכזי בצורה כללית ומדויקת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עמדה ברורה (כן/לא) עם לפחות נימוק אחד הגיוני הקשור לחשיבות ההבנה בקריאה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= מציאת פרט מפורש; הסקה = הבנה לפי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המציגה מסר כללי של הסיפור, לא פרט בודד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קיום הסבר או סיבה התומכים בדעה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קצרה מהטקסט הנלמד בכיתה לפני תרגול חלק ה'חשיבה והיישום'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התאמת המערכים (חלק המאצ') יחד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ניתן לדלג על הפריטים המסומנים ולהתמקד באיתור והתאמה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אסטרטגיות קריאה במסע סובב 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דרכים לקרוא טוב יותר: למצוא מידע, להבין רמזים, למצוא את הרעיון החשוב ולהגיד דעה.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איתור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פרט מסוים בטקסט, כמו בלש שמחפש רמז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משהו שלא כתוב במפורש, לפי רמזים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המסר או הנושא החשוב ביותר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ההסבר שלי למה שקראתי, לפי הבנתי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עמדה מנומקת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שיש לה גם סיבה או הסבר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קריאה מדויקת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בתשומת לב כדי להבין בדיוק מה כתוב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תחנות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לימוד שבה עוברים בין פינות עם משימות שונות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האסטרטגיות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לדרך שבה מחפשים פרט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אסטרטגיית ההסקה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אסטרטגיית האיתור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רעיון 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'להסיק'?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להעתיק משפט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 משהו שלא כתוב במפורש לפי 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תמונה לטקסט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את הטקסט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הרעיון החשוב ביותר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המילה הראשונה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המסר או הנושא החשוב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המילים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דעה היא 'מנומקת'?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כשהיא ארוכה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כשיש לה גם סיבה או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כשכולם מסכימים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כשהיא כתובה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צריך לקרוא בדיוק?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כמה שיותר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 בדיוק מה כתוב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לדלג על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במקום לקרוא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אסטרטגיית האיתור עוזרת למצוא מידע מסוים בטקסט, כמו תאריך או 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הסקה היא תמיד דבר שכתוב במפורש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מרכזי אפשר למצוא רק במשפט הראשון של הטקסט.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כשמביעים עמדה חשוב להוסיף הסבר או סיבה לדעה.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תחנות למידה הן שיטה שבה כל התלמידים עושים בדיוק את אותה משימה יחד.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כשאנחנו מחפשים פרט מסוים בטקסט אנחנו משתמשים באסטרטגיית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כשאנחנו מבינים משהו לפי רמזים, בלי שזה כתוב במפורש, זו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הנושא או המסר החשוב ביותר בטקסט נקרא __________ 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דעה שיש לה גם הסבר נקראת עמדה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קריאה בתשומת לב כדי להבין בדיוק מה כתוב נקראת קריאה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מערכים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בלשי המילים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רעיון מרכזי ופרשנות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רמזים ומסקנות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למידה ברוטציה בין פינות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המטרייה הגדולה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קריאה מדויקת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דעתך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הסקה מתוך רמזים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משפט לתמונה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איתור מידע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תחנות המסע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הבעת עמדה מנומקת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 שיעור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הקריאה - הבעת עמדה מנומקת על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הקריאה - מציאת רעיון מרכזי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הקריאה - הכרת הנושא וציפיות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הקריאה - איתור פרטים והסקת מסקנות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קטע קצר (יבחר על ידי המורה) ונסו למצוא בו: פרט אחד שאפשר לאתר, מסקנה אחת שאפשר להסיק, והרעיון המרכזי של הקטע.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עמדה מנומקת: האם לדעתכם חשוב ללמוד אסטרטגיות קריאה שונות?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איתור מידע להסקת מסקנה?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לרעיון מרכזי בסיפור שקראתם לאחרונה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הופך עמדה לעמדה מנומקת?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אסטרטגיות קריאה במסע סובב 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