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אסטרטגיות קריאה במסע סובב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אסטרטגיות הקריאה השונות: איתור, הסקה, רעיון מרכזי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להשתמש בכל אסטרטגיית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והסקת מסקנות מטקסט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האסטרטגיות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אסטרטגיית האיתור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המסר או הנושא החשוב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איתור הוא חיפוש פרט ספציפי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הסקה היא הבנה של דבר שלא כתוב במפורש, לפי 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מערכים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(איתור מידע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(הסקה מתוך רמזים)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(רעיון מרכזי ופרשנות)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(הבעת עמדה מנומקת)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שיעור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הקריאה - הכרת הנושא וציפיות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בזמן הקריאה - איתור פרטים והסקת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 הקריאה - מציאת רעיון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הקריאה - הבעת עמדה מנומקת על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מזהה נכון פרט מהטקסט (איתור), מנסח מסקנה סבירה המבוססת על רמזים בטקסט (הסקה), ומנסח את הנושא המרכזי בצורה כללית ומדויקת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= מציאת פרט מפורש; הסקה = הבנה לפי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המציגה מסר כללי של הסיפור, לא פרט בודד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קיום הסבר או סיבה התומכים בדעה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קצרה מהטקסט הנלמד בכיתה לפני תרגול חלק ה'חשיבה והיישום'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התאמת המערכים (חלק המאצ') יחד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ניתן לדלג על הפריטים המסומנים ולהתמקד באיתור והתאמה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אסטרטגיות קריאה במסע סובב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אסטרטגיות הקריאה שלומדים במסע סובב עולם: איך מאתרים מידע, איך מסיקים מסקנות, איך מוצאים רעיון מרכזי ואיך מביעים דעה מנומקת.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רעיון  ·  איתור  ·  הסקה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האסטרטגיות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לאסטרטגיה של מציאת פרט מסוים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אסטרטגיית ההסקה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אסטרטגיית האיתור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רעיון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'רעיון מרכזי'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המילה הראשונה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המסר או הנושא החשוב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המילים בטקסט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אסטרטגיית האיתור עוזרת למצוא מידע מסוים בטקסט, כמו תאריך או 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הסקה היא תמיד דבר שכתוב במפורש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כשאנחנו מחפשים פרט מסוים בטקסט אנחנו משתמשים באסטרטגיית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כשאנחנו מבינים משהו לפי רמזים, בלי שזה כתוב במפורש, זו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הנושא או המסר החשוב ביותר בטקסט נקרא __________ מרכזי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מערכים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בלשי המילים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הבעת עמדה מנומקת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רמזים ומסקנות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איתור מידע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המטרייה הגדולה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הסקה מתוך רמזים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דעתך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רעיון מרכזי ופרשנות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שלבי שיעור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הקריאה - מציאת רעיון מרכזי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הקריאה - הבעת עמדה מנומקת על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הקריאה - הכרת הנושא וציפיות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בזמן הקריאה - איתור פרטים והסקת מסקנות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קראו קטע קצר (יבחר על ידי המורה) ונסו למצוא בו: פרט אחד שאפשר לאתר, מסקנה אחת שאפשר להסיק, והרעיון המרכזי של הקטע.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איתור מידע להסקת מסקנה?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לרעיון מרכזי בסיפור שקראתם לאחרונה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אסטרטגיות קריאה במסע סובב 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